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262196AE" w14:textId="169D31C3" w:rsidR="00A74981" w:rsidRPr="001B792D" w:rsidRDefault="002C2D57">
      <w:pPr>
        <w:keepLines/>
        <w:spacing w:before="1134" w:after="68" w:line="240" w:lineRule="auto"/>
        <w:ind w:left="-283"/>
        <w:rPr>
          <w:color w:val="000000" w:themeColor="text1"/>
          <w:lang w:val="de-DE"/>
        </w:rPr>
      </w:pPr>
      <w:r w:rsidRPr="001B792D">
        <w:rPr>
          <w:sz w:val="16"/>
          <w:lang w:val="de-DE"/>
        </w:rPr>
        <w:br/>
      </w:r>
      <w:r w:rsidR="00856391" w:rsidRPr="001B792D">
        <w:rPr>
          <w:sz w:val="16"/>
          <w:lang w:val="de-DE"/>
        </w:rPr>
        <w:t>Vor- und Nachname · Straße / Hausnummer · PLZ / Ort</w:t>
      </w:r>
    </w:p>
    <w:p w14:paraId="719E4835" w14:textId="13E383CD" w:rsidR="00A74981" w:rsidRPr="001B792D" w:rsidRDefault="00856391">
      <w:pPr>
        <w:keepLines/>
        <w:spacing w:after="1020" w:line="240" w:lineRule="auto"/>
        <w:ind w:left="-283"/>
        <w:rPr>
          <w:color w:val="000000" w:themeColor="text1"/>
          <w:lang w:val="de-DE"/>
        </w:rPr>
      </w:pPr>
      <w:r w:rsidRPr="001B792D">
        <w:rPr>
          <w:sz w:val="18"/>
          <w:lang w:val="de-DE"/>
        </w:rPr>
        <w:t xml:space="preserve">Klinik / Krankenhaus: </w:t>
      </w:r>
      <w:r w:rsidRPr="001B792D">
        <w:rPr>
          <w:sz w:val="18"/>
          <w:lang w:val="de-DE"/>
        </w:rPr>
        <w:br/>
        <w:t>Fachabteilung / Datenschutzbeauftragte Stelle</w:t>
      </w:r>
      <w:r w:rsidR="00DE1F84" w:rsidRPr="001B792D">
        <w:rPr>
          <w:sz w:val="18"/>
          <w:lang w:val="de-DE"/>
        </w:rPr>
        <w:t xml:space="preserve"> </w:t>
      </w:r>
      <w:r w:rsidRPr="001B792D">
        <w:rPr>
          <w:sz w:val="18"/>
          <w:lang w:val="de-DE"/>
        </w:rPr>
        <w:br/>
        <w:t>Straße / Hausnummer:</w:t>
      </w:r>
      <w:r w:rsidRPr="001B792D">
        <w:rPr>
          <w:sz w:val="18"/>
          <w:lang w:val="de-DE"/>
        </w:rPr>
        <w:br/>
        <w:t>PLZ / Ort</w:t>
      </w:r>
    </w:p>
    <w:p w14:paraId="6044FF88" w14:textId="4B024150" w:rsidR="00A74981" w:rsidRPr="001B792D" w:rsidRDefault="00DE1F84">
      <w:pPr>
        <w:keepLines/>
        <w:spacing w:after="454" w:line="240" w:lineRule="auto"/>
        <w:jc w:val="right"/>
        <w:rPr>
          <w:color w:val="000000" w:themeColor="text1"/>
          <w:lang w:val="de-DE"/>
        </w:rPr>
      </w:pPr>
      <w:r w:rsidRPr="001B792D">
        <w:rPr>
          <w:sz w:val="20"/>
          <w:lang w:val="de-DE"/>
        </w:rPr>
        <w:t>__________________</w:t>
      </w:r>
      <w:r w:rsidR="00856391" w:rsidRPr="001B792D">
        <w:rPr>
          <w:sz w:val="20"/>
          <w:lang w:val="de-DE"/>
        </w:rPr>
        <w:t>, den _</w:t>
      </w:r>
      <w:proofErr w:type="gramStart"/>
      <w:r w:rsidR="00856391" w:rsidRPr="001B792D">
        <w:rPr>
          <w:sz w:val="20"/>
          <w:lang w:val="de-DE"/>
        </w:rPr>
        <w:t>_.__._</w:t>
      </w:r>
      <w:proofErr w:type="gramEnd"/>
      <w:r w:rsidR="00856391" w:rsidRPr="001B792D">
        <w:rPr>
          <w:sz w:val="20"/>
          <w:lang w:val="de-DE"/>
        </w:rPr>
        <w:t>___</w:t>
      </w:r>
    </w:p>
    <w:p w14:paraId="520BDBFF" w14:textId="77777777" w:rsidR="00A74981" w:rsidRPr="001B792D" w:rsidRDefault="00856391">
      <w:pPr>
        <w:keepNext/>
        <w:keepLines/>
        <w:spacing w:after="227" w:line="240" w:lineRule="auto"/>
        <w:rPr>
          <w:color w:val="000000" w:themeColor="text1"/>
          <w:lang w:val="de-DE"/>
        </w:rPr>
      </w:pPr>
      <w:r w:rsidRPr="001B792D">
        <w:rPr>
          <w:b/>
          <w:sz w:val="22"/>
          <w:lang w:val="de-DE"/>
        </w:rPr>
        <w:t>Bitte um Überlassung vorhandener EEG-Daten und Befundunterlagen gemäß Art. 15 DSGVO und § 630g BGB</w:t>
      </w:r>
    </w:p>
    <w:p w14:paraId="2C03AC71" w14:textId="392B6B83" w:rsidR="00A74981" w:rsidRPr="001B792D" w:rsidRDefault="0051635D">
      <w:pPr>
        <w:spacing w:after="360"/>
        <w:rPr>
          <w:color w:val="000000" w:themeColor="text1"/>
          <w:lang w:val="de-DE"/>
        </w:rPr>
      </w:pPr>
      <w:r w:rsidRPr="001B792D">
        <w:rPr>
          <w:b/>
          <w:lang w:val="de-DE"/>
        </w:rPr>
        <w:t>Patient</w:t>
      </w:r>
      <w:r w:rsidR="00856391" w:rsidRPr="001B792D">
        <w:rPr>
          <w:b/>
          <w:lang w:val="de-DE"/>
        </w:rPr>
        <w:t xml:space="preserve">: </w:t>
      </w:r>
      <w:r w:rsidR="00856391" w:rsidRPr="001B792D">
        <w:rPr>
          <w:lang w:val="de-DE"/>
        </w:rPr>
        <w:t>________________________________________, geb. am _</w:t>
      </w:r>
      <w:proofErr w:type="gramStart"/>
      <w:r w:rsidR="00856391" w:rsidRPr="001B792D">
        <w:rPr>
          <w:lang w:val="de-DE"/>
        </w:rPr>
        <w:t>_.__._</w:t>
      </w:r>
      <w:proofErr w:type="gramEnd"/>
      <w:r w:rsidR="00856391" w:rsidRPr="001B792D">
        <w:rPr>
          <w:lang w:val="de-DE"/>
        </w:rPr>
        <w:t>___</w:t>
      </w:r>
      <w:r w:rsidR="00856391" w:rsidRPr="001B792D">
        <w:rPr>
          <w:b/>
          <w:lang w:val="de-DE"/>
        </w:rPr>
        <w:br/>
        <w:t xml:space="preserve">Gesetzliche Vertretung / antragstellende Person(en): </w:t>
      </w:r>
      <w:r w:rsidR="00856391" w:rsidRPr="001B792D">
        <w:rPr>
          <w:lang w:val="de-DE"/>
        </w:rPr>
        <w:t>________________________________________</w:t>
      </w:r>
      <w:r w:rsidR="00856391" w:rsidRPr="001B792D">
        <w:rPr>
          <w:b/>
          <w:lang w:val="de-DE"/>
        </w:rPr>
        <w:br/>
        <w:t xml:space="preserve">Behandelnde Abteilung: </w:t>
      </w:r>
      <w:r w:rsidR="00856391" w:rsidRPr="001B792D">
        <w:rPr>
          <w:lang w:val="de-DE"/>
        </w:rPr>
        <w:t>________________________________________</w:t>
      </w:r>
      <w:r w:rsidR="00856391" w:rsidRPr="001B792D">
        <w:rPr>
          <w:b/>
          <w:lang w:val="de-DE"/>
        </w:rPr>
        <w:br/>
        <w:t xml:space="preserve">Betroffene Untersuchungen: </w:t>
      </w:r>
      <w:r w:rsidR="00856391" w:rsidRPr="001B792D">
        <w:rPr>
          <w:lang w:val="de-DE"/>
        </w:rPr>
        <w:t>vorhandene EEG-Untersuchungen, insbesondere vom _</w:t>
      </w:r>
      <w:proofErr w:type="gramStart"/>
      <w:r w:rsidR="00856391" w:rsidRPr="001B792D">
        <w:rPr>
          <w:lang w:val="de-DE"/>
        </w:rPr>
        <w:t>_.__._</w:t>
      </w:r>
      <w:proofErr w:type="gramEnd"/>
      <w:r w:rsidR="00856391" w:rsidRPr="001B792D">
        <w:rPr>
          <w:lang w:val="de-DE"/>
        </w:rPr>
        <w:t>___; weitere Daten: ____________________</w:t>
      </w:r>
      <w:r w:rsidR="00856391" w:rsidRPr="001B792D">
        <w:rPr>
          <w:b/>
          <w:lang w:val="de-DE"/>
        </w:rPr>
        <w:br/>
        <w:t xml:space="preserve">Kontakt für Rückfragen: </w:t>
      </w:r>
      <w:r w:rsidR="00856391" w:rsidRPr="001B792D">
        <w:rPr>
          <w:lang w:val="de-DE"/>
        </w:rPr>
        <w:t>Telefon __________________________ / E-Mail ______________________________</w:t>
      </w:r>
    </w:p>
    <w:p w14:paraId="23FB269F" w14:textId="77777777" w:rsidR="00A74981" w:rsidRPr="001B792D" w:rsidRDefault="00856391">
      <w:pPr>
        <w:spacing w:after="200"/>
        <w:rPr>
          <w:color w:val="000000" w:themeColor="text1"/>
          <w:lang w:val="de-DE"/>
        </w:rPr>
      </w:pPr>
      <w:r w:rsidRPr="001B792D">
        <w:rPr>
          <w:color w:val="000000" w:themeColor="text1"/>
          <w:lang w:val="de-DE"/>
        </w:rPr>
        <w:t>Sehr geehrte Damen und Herren,</w:t>
      </w:r>
    </w:p>
    <w:p w14:paraId="750564BF" w14:textId="736D18C8" w:rsidR="00A74981" w:rsidRPr="001B792D" w:rsidRDefault="00856391" w:rsidP="001B792D">
      <w:pPr>
        <w:spacing w:after="160"/>
        <w:jc w:val="both"/>
        <w:rPr>
          <w:color w:val="000000" w:themeColor="text1"/>
          <w:lang w:val="de-DE"/>
        </w:rPr>
      </w:pPr>
      <w:r w:rsidRPr="001B792D">
        <w:rPr>
          <w:lang w:val="de-DE"/>
        </w:rPr>
        <w:t xml:space="preserve">in gesetzlicher Vertretung des oben genannten Kindes wird freundlich um Auskunft und um eine kostenfreie erste Kopie der bei Ihnen zu seiner Person gespeicherten medizinischen Daten </w:t>
      </w:r>
      <w:r w:rsidR="001B792D">
        <w:rPr>
          <w:lang w:val="de-DE"/>
        </w:rPr>
        <w:t>aus</w:t>
      </w:r>
      <w:r w:rsidRPr="001B792D">
        <w:rPr>
          <w:lang w:val="de-DE"/>
        </w:rPr>
        <w:t xml:space="preserve"> </w:t>
      </w:r>
      <w:r w:rsidR="001B792D">
        <w:rPr>
          <w:lang w:val="de-DE"/>
        </w:rPr>
        <w:t>sämtlichen</w:t>
      </w:r>
      <w:r w:rsidRPr="001B792D">
        <w:rPr>
          <w:lang w:val="de-DE"/>
        </w:rPr>
        <w:t xml:space="preserve"> durchgeführten EEG-</w:t>
      </w:r>
      <w:r w:rsidR="001B792D">
        <w:rPr>
          <w:lang w:val="de-DE"/>
        </w:rPr>
        <w:t>Ableitungen</w:t>
      </w:r>
      <w:r w:rsidRPr="001B792D">
        <w:rPr>
          <w:lang w:val="de-DE"/>
        </w:rPr>
        <w:t xml:space="preserve"> gebeten. </w:t>
      </w:r>
    </w:p>
    <w:p w14:paraId="6AF6DC0F" w14:textId="77777777" w:rsidR="00A74981" w:rsidRPr="001B792D" w:rsidRDefault="00856391" w:rsidP="001B792D">
      <w:pPr>
        <w:keepNext/>
        <w:spacing w:after="60"/>
        <w:jc w:val="both"/>
        <w:rPr>
          <w:color w:val="000000" w:themeColor="text1"/>
          <w:lang w:val="de-DE"/>
        </w:rPr>
      </w:pPr>
      <w:r w:rsidRPr="001B792D">
        <w:rPr>
          <w:lang w:val="de-DE"/>
        </w:rPr>
        <w:t>Meine Bitte umfasst insbesondere:</w:t>
      </w:r>
    </w:p>
    <w:p w14:paraId="1B652237" w14:textId="33A0ABC3" w:rsidR="00A74981" w:rsidRPr="001B792D" w:rsidRDefault="00856391" w:rsidP="001B792D">
      <w:pPr>
        <w:pStyle w:val="ListBullet"/>
        <w:spacing w:after="60"/>
        <w:jc w:val="both"/>
        <w:rPr>
          <w:color w:val="000000" w:themeColor="text1"/>
          <w:lang w:val="de-DE"/>
        </w:rPr>
      </w:pPr>
      <w:r w:rsidRPr="001B792D">
        <w:rPr>
          <w:b/>
          <w:lang w:val="de-DE"/>
        </w:rPr>
        <w:t>Digitale EEG-</w:t>
      </w:r>
      <w:r w:rsidR="001B792D">
        <w:rPr>
          <w:b/>
          <w:lang w:val="de-DE"/>
        </w:rPr>
        <w:t>Rohdaten</w:t>
      </w:r>
      <w:r w:rsidRPr="001B792D">
        <w:rPr>
          <w:b/>
          <w:lang w:val="de-DE"/>
        </w:rPr>
        <w:t xml:space="preserve">: </w:t>
      </w:r>
      <w:r w:rsidRPr="001B792D">
        <w:rPr>
          <w:lang w:val="de-DE"/>
        </w:rPr>
        <w:t xml:space="preserve">Soweit bei Ihnen gespeichert oder anderweitig verarbeitet, bitte ich um eine vollständige Kopie </w:t>
      </w:r>
      <w:r w:rsidR="001B792D">
        <w:rPr>
          <w:lang w:val="de-DE"/>
        </w:rPr>
        <w:t>aller Untersuchungsdaten zu sämtlichen EEG-Ableitungen (</w:t>
      </w:r>
      <w:r w:rsidRPr="001B792D">
        <w:rPr>
          <w:lang w:val="de-DE"/>
        </w:rPr>
        <w:t xml:space="preserve">digitale </w:t>
      </w:r>
      <w:r w:rsidR="001B792D">
        <w:rPr>
          <w:lang w:val="de-DE"/>
        </w:rPr>
        <w:t>EEG-Rohdaten)</w:t>
      </w:r>
      <w:r w:rsidRPr="001B792D">
        <w:rPr>
          <w:lang w:val="de-DE"/>
        </w:rPr>
        <w:t>. Bevorzugt wäre das vorhandene Originalformat oder ein verlustfreies, gängiges Exportformat wie EDF, EDF+ oder BDF. Sollte ein solcher Export nicht möglich sein, ist auch eine technisch nutzbare Kopie im vorhandenen Format willkommen.</w:t>
      </w:r>
      <w:r w:rsidR="001B792D" w:rsidRPr="001B792D">
        <w:rPr>
          <w:lang w:val="de-DE"/>
        </w:rPr>
        <w:t xml:space="preserve"> </w:t>
      </w:r>
      <w:r w:rsidR="001B792D">
        <w:rPr>
          <w:lang w:val="de-DE"/>
        </w:rPr>
        <w:t>Generell ist der Export der EEG-Daten aus allen gängigen EEG-Programmen möglich.</w:t>
      </w:r>
    </w:p>
    <w:p w14:paraId="11DE47B7" w14:textId="77777777" w:rsidR="00A74981" w:rsidRPr="001B792D" w:rsidRDefault="00856391" w:rsidP="001B792D">
      <w:pPr>
        <w:pStyle w:val="ListBullet"/>
        <w:spacing w:after="200"/>
        <w:jc w:val="both"/>
        <w:rPr>
          <w:color w:val="000000" w:themeColor="text1"/>
          <w:lang w:val="de-DE"/>
        </w:rPr>
      </w:pPr>
      <w:r w:rsidRPr="001B792D">
        <w:rPr>
          <w:b/>
          <w:lang w:val="de-DE"/>
        </w:rPr>
        <w:t xml:space="preserve">Zugehörige Befundunterlagen: </w:t>
      </w:r>
      <w:r w:rsidRPr="001B792D">
        <w:rPr>
          <w:lang w:val="de-DE"/>
        </w:rPr>
        <w:t>Bitte überlassen Sie mir außerdem die vollständigen schriftlichen EEG-Befundberichte und ärztlichen Auswertungen zu den betroffenen Untersuchungen.</w:t>
      </w:r>
    </w:p>
    <w:p w14:paraId="1771DFA5" w14:textId="3B529D93" w:rsidR="00A74981" w:rsidRPr="001B792D" w:rsidRDefault="00856391" w:rsidP="001B792D">
      <w:pPr>
        <w:spacing w:after="200"/>
        <w:jc w:val="both"/>
        <w:rPr>
          <w:color w:val="000000" w:themeColor="text1"/>
          <w:lang w:val="de-DE"/>
        </w:rPr>
      </w:pPr>
      <w:r w:rsidRPr="001B792D">
        <w:rPr>
          <w:lang w:val="de-DE"/>
        </w:rPr>
        <w:t>Meine Bitte stützt sich auf Art. 15 Abs. 1 und 3 DSGVO sowie auf § 630g BGB. Die digitalen Signalaufzeichnungen sind, soweit sie bei Ihnen gespeichert oder verarbeitet werden, personenbezogene Gesundheitsdaten. Soweit sie Bestandteil der Behandlungsakte sind, erfasst § 630g BGB auch diese Daten. Die erste Abschrift der Behandlungsakte ist nach § 630g Abs. 1 BGB unentgeltlich; dies entspricht auch der Rechtsprechung des Europäischen Gerichtshofs (Urteil vom 26.10.2023 – C-307/22).</w:t>
      </w:r>
    </w:p>
    <w:p w14:paraId="1EF6BFF8" w14:textId="3D4D1467" w:rsidR="0042303F" w:rsidRPr="006F514A" w:rsidRDefault="00000000" w:rsidP="006F514A">
      <w:pPr>
        <w:spacing w:after="200"/>
        <w:jc w:val="both"/>
        <w:rPr>
          <w:lang w:val="de-DE"/>
        </w:rPr>
      </w:pPr>
      <w:r w:rsidRPr="001B792D">
        <w:rPr>
          <w:lang w:val="de-DE"/>
        </w:rPr>
        <w:lastRenderedPageBreak/>
        <w:t xml:space="preserve">Für die Bereitstellung richte ich mich gerne nach Ihren organisatorischen und IT-sicherheitsbezogenen Vorgaben. Ein sicherer Download, ein verschlüsselter Versand oder ein Datenträger </w:t>
      </w:r>
      <w:r w:rsidR="006F514A">
        <w:rPr>
          <w:lang w:val="de-DE"/>
        </w:rPr>
        <w:t xml:space="preserve">(bspw. </w:t>
      </w:r>
      <w:r w:rsidR="006F514A" w:rsidRPr="006F514A">
        <w:rPr>
          <w:lang w:val="de-DE"/>
        </w:rPr>
        <w:t>CD/DVD/USB-Stick</w:t>
      </w:r>
      <w:r w:rsidR="006F514A">
        <w:rPr>
          <w:lang w:val="de-DE"/>
        </w:rPr>
        <w:t>)</w:t>
      </w:r>
      <w:r w:rsidR="006F514A" w:rsidRPr="001B792D">
        <w:rPr>
          <w:lang w:val="de-DE"/>
        </w:rPr>
        <w:t xml:space="preserve"> </w:t>
      </w:r>
      <w:r w:rsidRPr="001B792D">
        <w:rPr>
          <w:lang w:val="de-DE"/>
        </w:rPr>
        <w:t>sind gleichermaßen geeignet – bitte teilen Sie mir kurz mit, welcher Weg für Sie am besten passt. Die Bereitstellung der ersten Kopie erfolgt nach Art. 15 Abs. 3 DSGVO und § 630g Abs. 1 BGB unentgeltlich; hiervon sind auch die Kosten eines etwaigen Datenträgers und des Versands umfasst.</w:t>
      </w:r>
    </w:p>
    <w:p w14:paraId="38E5B2DA" w14:textId="77777777" w:rsidR="00A74981" w:rsidRPr="001B792D" w:rsidRDefault="00856391" w:rsidP="006F514A">
      <w:pPr>
        <w:spacing w:after="200"/>
        <w:jc w:val="both"/>
        <w:rPr>
          <w:color w:val="000000" w:themeColor="text1"/>
          <w:lang w:val="de-DE"/>
        </w:rPr>
      </w:pPr>
      <w:r w:rsidRPr="001B792D">
        <w:rPr>
          <w:lang w:val="de-DE"/>
        </w:rPr>
        <w:t>Ich freue mich über eine möglichst zeitnahe Bearbeitung. Die Information über die Bearbeitung des Antrags soll gemäß Art. 12 Abs. 3 DSGVO innerhalb eines Monats nach Eingang erfolgen. Falls aufgrund des Umfangs eine Verlängerung erforderlich sein sollte, genügt mir eine kurze Nachricht mit den Gründen.</w:t>
      </w:r>
    </w:p>
    <w:p w14:paraId="7B2F4B6E" w14:textId="77777777" w:rsidR="0042303F" w:rsidRPr="001B792D" w:rsidRDefault="00000000" w:rsidP="006F514A">
      <w:pPr>
        <w:spacing w:after="200"/>
        <w:jc w:val="both"/>
        <w:rPr>
          <w:color w:val="000000" w:themeColor="text1"/>
          <w:lang w:val="de-DE"/>
        </w:rPr>
      </w:pPr>
      <w:r w:rsidRPr="001B792D">
        <w:rPr>
          <w:lang w:val="de-DE"/>
        </w:rPr>
        <w:t>Zum Nachweis der Identität und der Vertretungsbefugnis stelle ich Ihnen auf kurze Anforderung gerne geeignete Nachweise zur Verfügung (Art. 12 Abs. 6 DSGVO). Bitte teilen Sie mir in diesem Fall mit, welche Unterlagen Sie konkret benötigen.</w:t>
      </w:r>
    </w:p>
    <w:p w14:paraId="49BF4D76" w14:textId="77777777" w:rsidR="00A74981" w:rsidRPr="001B792D" w:rsidRDefault="00856391" w:rsidP="006F514A">
      <w:pPr>
        <w:spacing w:after="240"/>
        <w:jc w:val="both"/>
        <w:rPr>
          <w:color w:val="000000" w:themeColor="text1"/>
          <w:lang w:val="de-DE"/>
        </w:rPr>
      </w:pPr>
      <w:r w:rsidRPr="001B792D">
        <w:rPr>
          <w:lang w:val="de-DE"/>
        </w:rPr>
        <w:t>Sollten einzelne Daten nicht mehr vorhanden sein oder technische Fragen zur Bereitstellung bestehen, freue ich mich über eine kurze Rückmeldung, damit wir gemeinsam eine geeignete Lösung finden können.</w:t>
      </w:r>
    </w:p>
    <w:p w14:paraId="4B0B7D0F" w14:textId="77777777" w:rsidR="00A74981" w:rsidRPr="001B792D" w:rsidRDefault="00856391" w:rsidP="006F514A">
      <w:pPr>
        <w:spacing w:after="400"/>
        <w:jc w:val="both"/>
        <w:rPr>
          <w:color w:val="000000" w:themeColor="text1"/>
          <w:lang w:val="de-DE"/>
        </w:rPr>
      </w:pPr>
      <w:r w:rsidRPr="001B792D">
        <w:rPr>
          <w:lang w:val="de-DE"/>
        </w:rPr>
        <w:t>Vielen Dank für Ihre Unterstützung und die mit der Zusammenstellung verbundenen Mühen.</w:t>
      </w:r>
    </w:p>
    <w:p w14:paraId="12C99672" w14:textId="77777777" w:rsidR="00A74981" w:rsidRPr="001B792D" w:rsidRDefault="00856391">
      <w:pPr>
        <w:keepNext/>
        <w:spacing w:after="720"/>
        <w:rPr>
          <w:color w:val="000000" w:themeColor="text1"/>
          <w:lang w:val="de-DE"/>
        </w:rPr>
      </w:pPr>
      <w:r w:rsidRPr="001B792D">
        <w:rPr>
          <w:color w:val="000000" w:themeColor="text1"/>
          <w:lang w:val="de-DE"/>
        </w:rPr>
        <w:t>Mit freundlichen Grüßen</w:t>
      </w:r>
    </w:p>
    <w:p w14:paraId="5A9D5FC4" w14:textId="77777777" w:rsidR="00A74981" w:rsidRDefault="00856391">
      <w:pPr>
        <w:spacing w:after="360"/>
        <w:rPr>
          <w:color w:val="000000" w:themeColor="text1"/>
        </w:rPr>
      </w:pPr>
      <w:r w:rsidRPr="001B792D">
        <w:rPr>
          <w:lang w:val="de-DE"/>
        </w:rPr>
        <w:t>______________________________________</w:t>
      </w:r>
      <w:r w:rsidRPr="001B792D">
        <w:rPr>
          <w:lang w:val="de-DE"/>
        </w:rPr>
        <w:br/>
        <w:t>Unterschrift gesetzliche Vertretung 1</w:t>
      </w:r>
      <w:r w:rsidRPr="001B792D">
        <w:rPr>
          <w:lang w:val="de-DE"/>
        </w:rPr>
        <w:br/>
        <w:t>Name: __________________________________</w:t>
      </w:r>
      <w:r w:rsidRPr="001B792D">
        <w:rPr>
          <w:lang w:val="de-DE"/>
        </w:rPr>
        <w:br/>
      </w:r>
      <w:r w:rsidRPr="001B792D">
        <w:rPr>
          <w:lang w:val="de-DE"/>
        </w:rPr>
        <w:br/>
        <w:t>______________________________________</w:t>
      </w:r>
      <w:r w:rsidRPr="001B792D">
        <w:rPr>
          <w:lang w:val="de-DE"/>
        </w:rPr>
        <w:br/>
        <w:t xml:space="preserve">ggf. </w:t>
      </w:r>
      <w:proofErr w:type="spellStart"/>
      <w:r>
        <w:t>Unterschrift</w:t>
      </w:r>
      <w:proofErr w:type="spellEnd"/>
      <w:r>
        <w:t xml:space="preserve"> </w:t>
      </w:r>
      <w:proofErr w:type="spellStart"/>
      <w:r>
        <w:t>gesetzliche</w:t>
      </w:r>
      <w:proofErr w:type="spellEnd"/>
      <w:r>
        <w:t xml:space="preserve"> </w:t>
      </w:r>
      <w:proofErr w:type="spellStart"/>
      <w:r>
        <w:t>Vertretung</w:t>
      </w:r>
      <w:proofErr w:type="spellEnd"/>
      <w:r>
        <w:t xml:space="preserve"> 2</w:t>
      </w:r>
      <w:r>
        <w:br/>
        <w:t>Name: __________________________________</w:t>
      </w:r>
      <w:r>
        <w:br/>
      </w:r>
      <w:r>
        <w:br/>
      </w:r>
      <w:proofErr w:type="spellStart"/>
      <w:r>
        <w:t>gesetzliche</w:t>
      </w:r>
      <w:proofErr w:type="spellEnd"/>
      <w:r>
        <w:t xml:space="preserve"> </w:t>
      </w:r>
      <w:proofErr w:type="spellStart"/>
      <w:r>
        <w:t>Vertretung</w:t>
      </w:r>
      <w:proofErr w:type="spellEnd"/>
      <w:r>
        <w:t xml:space="preserve"> des </w:t>
      </w:r>
      <w:proofErr w:type="spellStart"/>
      <w:r>
        <w:t>Kindes</w:t>
      </w:r>
      <w:proofErr w:type="spellEnd"/>
      <w:r>
        <w:t>: __________________________________</w:t>
      </w:r>
    </w:p>
    <w:sectPr w:rsidR="00A74981" w:rsidSect="00034616">
      <w:pgSz w:w="11909" w:h="16834"/>
      <w:pgMar w:top="1411" w:right="1138" w:bottom="1138" w:left="141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Symbol">
    <w:panose1 w:val="05050102010706020507"/>
    <w:charset w:val="02"/>
    <w:family w:val="decorative"/>
    <w:pitch w:val="variable"/>
    <w:sig w:usb0="00000003" w:usb1="1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309020205020404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685747611">
    <w:abstractNumId w:val="8"/>
  </w:num>
  <w:num w:numId="2" w16cid:durableId="1533617529">
    <w:abstractNumId w:val="6"/>
  </w:num>
  <w:num w:numId="3" w16cid:durableId="1993555035">
    <w:abstractNumId w:val="5"/>
  </w:num>
  <w:num w:numId="4" w16cid:durableId="400561557">
    <w:abstractNumId w:val="4"/>
  </w:num>
  <w:num w:numId="5" w16cid:durableId="171838899">
    <w:abstractNumId w:val="7"/>
  </w:num>
  <w:num w:numId="6" w16cid:durableId="906109739">
    <w:abstractNumId w:val="3"/>
  </w:num>
  <w:num w:numId="7" w16cid:durableId="838080928">
    <w:abstractNumId w:val="2"/>
  </w:num>
  <w:num w:numId="8" w16cid:durableId="730468037">
    <w:abstractNumId w:val="1"/>
  </w:num>
  <w:num w:numId="9" w16cid:durableId="1869371363">
    <w:abstractNumId w:val="0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34"/>
  <w:proofState w:spelling="clean" w:grammar="clean"/>
  <w:attachedTemplate r:id="rId1"/>
  <w:defaultTabStop w:val="720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142A4"/>
    <w:rsid w:val="0001017F"/>
    <w:rsid w:val="00034616"/>
    <w:rsid w:val="0006063C"/>
    <w:rsid w:val="0015074B"/>
    <w:rsid w:val="001B792D"/>
    <w:rsid w:val="0029639D"/>
    <w:rsid w:val="002C2D57"/>
    <w:rsid w:val="00326F90"/>
    <w:rsid w:val="0042303F"/>
    <w:rsid w:val="004303DF"/>
    <w:rsid w:val="00496E80"/>
    <w:rsid w:val="004F0B45"/>
    <w:rsid w:val="004F5BC0"/>
    <w:rsid w:val="0051635D"/>
    <w:rsid w:val="005D0DD6"/>
    <w:rsid w:val="006C0A46"/>
    <w:rsid w:val="006F514A"/>
    <w:rsid w:val="00856391"/>
    <w:rsid w:val="008B2F49"/>
    <w:rsid w:val="00A30A64"/>
    <w:rsid w:val="00A74981"/>
    <w:rsid w:val="00A834E7"/>
    <w:rsid w:val="00AA1D8D"/>
    <w:rsid w:val="00B46F81"/>
    <w:rsid w:val="00B47730"/>
    <w:rsid w:val="00B5616C"/>
    <w:rsid w:val="00B609A3"/>
    <w:rsid w:val="00B60BAA"/>
    <w:rsid w:val="00C142A4"/>
    <w:rsid w:val="00C91D28"/>
    <w:rsid w:val="00CB0664"/>
    <w:rsid w:val="00D814CC"/>
    <w:rsid w:val="00DE1F84"/>
    <w:rsid w:val="00FB4976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,"/>
  <w14:docId w14:val="0D68120A"/>
  <w14:defaultImageDpi w14:val="300"/>
  <w15:docId w15:val="{A80FF931-8E50-5B41-9047-0B25F69C44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  <w:pPr>
      <w:spacing w:after="80"/>
    </w:pPr>
    <w:rPr>
      <w:rFonts w:ascii="Arial" w:hAnsi="Arial"/>
      <w:color w:val="1F2937"/>
      <w:sz w:val="21"/>
    </w:rPr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u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Shading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Shading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Shading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urfulShading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Shading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Shading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urfulList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urfulList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urfulList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urfulList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urfulList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urfulList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u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urfulGrid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urfulGrid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urfulGrid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urfulGrid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urfulGrid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urfulGrid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/Users/denis/Library/CloudStorage/OneDrive-rocketmotionGmbH/rocketstaff-Cloud/7_Projekte/17_dup15q/14_Vorlagen/Vorlage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Vorlage.dotx</Template>
  <TotalTime>4</TotalTime>
  <Pages>2</Pages>
  <Words>579</Words>
  <Characters>3305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Vorlage – Anfrage zu EEG-Daten für die Dup15q-Forschung</vt:lpstr>
    </vt:vector>
  </TitlesOfParts>
  <Manager/>
  <Company/>
  <LinksUpToDate>false</LinksUpToDate>
  <CharactersWithSpaces>3877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Vorlage – Anfrage zu EEG-Daten für die Dup15q-Forschung</dc:title>
  <dc:subject>Wiederverwendbare Elternvorlage</dc:subject>
  <dc:creator>Verena Romero</dc:creator>
  <cp:keywords>Dup15q, EEG, Datenkopie, Art. 15 DSGVO, § 630g BGB</cp:keywords>
  <dc:description/>
  <cp:lastModifiedBy>Verena Romero</cp:lastModifiedBy>
  <cp:revision>2</cp:revision>
  <cp:lastPrinted>2026-08-01T18:20:00Z</cp:lastPrinted>
  <dcterms:created xsi:type="dcterms:W3CDTF">2026-08-04T12:37:00Z</dcterms:created>
  <dcterms:modified xsi:type="dcterms:W3CDTF">2026-08-04T12:37:00Z</dcterms:modified>
  <cp:category/>
</cp:coreProperties>
</file>